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>
              <w:rPr>
                <w:rFonts w:ascii="Aptos Display" w:hAnsi="Aptos Display"/>
                <w:b/>
                <w:color w:val="173B3A"/>
                <w:sz w:val="32"/>
              </w:rPr>
              <w:t>ESTACIÓN 01</w:t>
            </w:r>
            <w:r w:rsidR="001A1362"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 xml:space="preserve"> </w:t>
            </w:r>
          </w:p>
          <w:p w14:paraId="79DCC1E1" w14:textId="0885C157" w:rsidR="00782C55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Nuestra Historia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44B7BDE1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CC4E8A" w:rsidRPr="00CC4E8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C</w:t>
            </w:r>
            <w:r w:rsidR="004558FE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onfianza</w:t>
            </w:r>
            <w:r w:rsidR="0010129D" w:rsidRPr="0010129D">
              <w:rPr>
                <w:sz w:val="20"/>
                <w:u w:val="single"/>
              </w:rPr>
              <w:t xml:space="preserve"> 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>◉  Instrucciones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4558FE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 w:rsidP="00C314D0">
            <w:pPr>
              <w:spacing w:after="0" w:line="264" w:lineRule="auto"/>
              <w:rPr>
                <w:lang w:val="es-SV"/>
              </w:rPr>
            </w:pPr>
            <w:r w:rsidRPr="00C314D0">
              <w:rPr>
                <w:b/>
                <w:sz w:val="20"/>
                <w:lang w:val="es-SV"/>
              </w:rPr>
              <w:t xml:space="preserve">Misión de la estación: </w:t>
            </w:r>
            <w:r w:rsidRPr="00C314D0">
              <w:rPr>
                <w:i/>
                <w:sz w:val="20"/>
                <w:lang w:val="es-SV"/>
              </w:rPr>
              <w:t>“Todo miembro del MCP-ES debe conocer la historia y el propósito del mecanismo. Su equipo ha sido invitado a descubrir sus orígenes.”</w:t>
            </w:r>
            <w:r w:rsidRPr="00C314D0">
              <w:rPr>
                <w:lang w:val="es-SV"/>
              </w:rPr>
              <w:br/>
            </w:r>
            <w:r w:rsidRPr="00C314D0">
              <w:rPr>
                <w:b/>
                <w:sz w:val="20"/>
                <w:lang w:val="es-SV"/>
              </w:rPr>
              <w:t xml:space="preserve">Instrucciones: </w:t>
            </w:r>
            <w:r w:rsidRPr="00C314D0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C314D0">
              <w:rPr>
                <w:lang w:val="es-SV"/>
              </w:rPr>
              <w:br/>
            </w:r>
            <w:r w:rsidRPr="00C314D0">
              <w:rPr>
                <w:b/>
                <w:sz w:val="20"/>
                <w:lang w:val="es-SV"/>
              </w:rPr>
              <w:t xml:space="preserve">Tiempo disponible: 12 minutos. </w:t>
            </w:r>
            <w:r w:rsidRPr="00C314D0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2E12CC3B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1. ¿En qué año fue creado el MCP-ES?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4558FE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2. ¿Cuál es la misión del MCP-ES?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Escríbanla con sus propias palabras.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4558FE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4558FE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D085FFA" w14:textId="77777777" w:rsidR="00AF3819" w:rsidRPr="00DF2A49" w:rsidRDefault="00AF3819">
      <w:pPr>
        <w:spacing w:after="0"/>
        <w:rPr>
          <w:lang w:val="es-SV"/>
        </w:rPr>
      </w:pPr>
    </w:p>
    <w:p w14:paraId="1556C43A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3. Según la sección “Representación Sectorial” de la página web, ¿cuántos sectores conforman el MCP-ES?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4558FE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584B2409" w14:textId="77777777" w:rsidR="00DF2A49" w:rsidRDefault="00DF2A49">
      <w:pPr>
        <w:spacing w:after="0"/>
        <w:rPr>
          <w:lang w:val="es-SV"/>
        </w:rPr>
      </w:pPr>
    </w:p>
    <w:p w14:paraId="36C2E7CA" w14:textId="77777777" w:rsidR="00DF2A49" w:rsidRDefault="00DF2A49">
      <w:pPr>
        <w:spacing w:after="0"/>
        <w:rPr>
          <w:lang w:val="es-SV"/>
        </w:rPr>
      </w:pPr>
    </w:p>
    <w:p w14:paraId="1A511C63" w14:textId="77777777" w:rsidR="00DF2A49" w:rsidRDefault="00DF2A49">
      <w:pPr>
        <w:spacing w:after="0"/>
        <w:rPr>
          <w:lang w:val="es-SV"/>
        </w:rPr>
      </w:pPr>
    </w:p>
    <w:p w14:paraId="79510769" w14:textId="77777777" w:rsidR="00DF2A49" w:rsidRDefault="00DF2A49">
      <w:pPr>
        <w:spacing w:after="0"/>
        <w:rPr>
          <w:lang w:val="es-SV"/>
        </w:rPr>
      </w:pPr>
    </w:p>
    <w:p w14:paraId="029845F7" w14:textId="77777777" w:rsidR="00DF2A49" w:rsidRDefault="00DF2A49">
      <w:pPr>
        <w:spacing w:after="0"/>
        <w:rPr>
          <w:lang w:val="es-SV"/>
        </w:rPr>
      </w:pPr>
    </w:p>
    <w:p w14:paraId="4BF5D4A1" w14:textId="77777777" w:rsidR="00DF2A49" w:rsidRP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 w:rsidP="007C42FC">
            <w:pPr>
              <w:jc w:val="center"/>
            </w:pPr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>
      <w:pPr>
        <w:spacing w:after="0"/>
      </w:pPr>
    </w:p>
    <w:p w14:paraId="0E3C8F5C" w14:textId="67E11DF2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4. Localicen </w:t>
      </w:r>
      <w:proofErr w:type="gramStart"/>
      <w:r w:rsidR="007C42FC">
        <w:rPr>
          <w:lang w:val="es-SV"/>
        </w:rPr>
        <w:t xml:space="preserve">un </w:t>
      </w:r>
      <w:r w:rsidRPr="00DF2A49">
        <w:rPr>
          <w:lang w:val="es-SV"/>
        </w:rPr>
        <w:t xml:space="preserve"> boletín</w:t>
      </w:r>
      <w:proofErr w:type="gramEnd"/>
      <w:r w:rsidRPr="00DF2A49">
        <w:rPr>
          <w:lang w:val="es-SV"/>
        </w:rPr>
        <w:t xml:space="preserve"> electrónico </w:t>
      </w:r>
      <w:r w:rsidR="008C1735">
        <w:rPr>
          <w:lang w:val="es-SV"/>
        </w:rPr>
        <w:t>publicado</w:t>
      </w:r>
      <w:r w:rsidR="007C42FC">
        <w:rPr>
          <w:lang w:val="es-SV"/>
        </w:rPr>
        <w:t xml:space="preserve"> entre 2024 y 2026 </w:t>
      </w:r>
      <w:r w:rsidRPr="00DF2A49">
        <w:rPr>
          <w:lang w:val="es-SV"/>
        </w:rPr>
        <w:t>y registren los siguientes datos:</w:t>
      </w:r>
    </w:p>
    <w:p w14:paraId="44547C43" w14:textId="77777777" w:rsidR="00AF3819" w:rsidRPr="00DF2A49" w:rsidRDefault="00AF3819">
      <w:pPr>
        <w:spacing w:after="0"/>
        <w:rPr>
          <w:lang w:val="es-SV"/>
        </w:rPr>
      </w:pPr>
    </w:p>
    <w:p w14:paraId="1C7E6848" w14:textId="19C82D2E" w:rsidR="00AF3819" w:rsidRPr="00DF2A49" w:rsidRDefault="00053D85" w:rsidP="00DF2A49">
      <w:pPr>
        <w:rPr>
          <w:lang w:val="es-SV"/>
        </w:rPr>
      </w:pPr>
      <w:r>
        <w:t>Número del boletín: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Default="00053D85">
            <w:r>
              <w:t xml:space="preserve"> </w:t>
            </w:r>
          </w:p>
        </w:tc>
      </w:tr>
    </w:tbl>
    <w:p w14:paraId="2B31D687" w14:textId="77777777" w:rsidR="00AF3819" w:rsidRDefault="00AF3819">
      <w:pPr>
        <w:spacing w:after="0"/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Fecha de publicación: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lo encontraron?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4558FE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4558FE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Encuentren una fotografía institucional que represente un momento importante del MCP-ES.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¿Qué evento o actividad muestra?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4558FE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4558FE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eligieron esa fotografía?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4558FE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4558FE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8C1735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389A712D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¿Qué aspecto de la historia del MCP-ES les sorprendió más?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4558FE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4558FE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4558FE" w14:paraId="04B6CDC0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0EA40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77777777" w:rsidR="00AF3819" w:rsidRPr="00DF2A49" w:rsidRDefault="00053D85">
      <w:pPr>
        <w:rPr>
          <w:lang w:val="es-SV"/>
        </w:rPr>
      </w:pPr>
      <w:r w:rsidRPr="00DF2A49">
        <w:rPr>
          <w:lang w:val="es-SV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lastRenderedPageBreak/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Cada hallazgo suma una pieza a la memoria institucional.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3A450" w14:textId="77777777" w:rsidR="000A1C0F" w:rsidRDefault="000A1C0F">
      <w:pPr>
        <w:spacing w:after="0" w:line="240" w:lineRule="auto"/>
      </w:pPr>
      <w:r>
        <w:separator/>
      </w:r>
    </w:p>
  </w:endnote>
  <w:endnote w:type="continuationSeparator" w:id="0">
    <w:p w14:paraId="0C23384D" w14:textId="77777777" w:rsidR="000A1C0F" w:rsidRDefault="000A1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A93DE" w14:textId="77777777" w:rsidR="000A1C0F" w:rsidRDefault="000A1C0F">
      <w:pPr>
        <w:spacing w:after="0" w:line="240" w:lineRule="auto"/>
      </w:pPr>
      <w:r>
        <w:separator/>
      </w:r>
    </w:p>
  </w:footnote>
  <w:footnote w:type="continuationSeparator" w:id="0">
    <w:p w14:paraId="60539AB8" w14:textId="77777777" w:rsidR="000A1C0F" w:rsidRDefault="000A1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Octubre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A1C0F"/>
    <w:rsid w:val="000D0B36"/>
    <w:rsid w:val="0010129D"/>
    <w:rsid w:val="0015074B"/>
    <w:rsid w:val="001A1362"/>
    <w:rsid w:val="001F0AF9"/>
    <w:rsid w:val="00271005"/>
    <w:rsid w:val="0029639D"/>
    <w:rsid w:val="00302851"/>
    <w:rsid w:val="00326F90"/>
    <w:rsid w:val="00414FCA"/>
    <w:rsid w:val="004558FE"/>
    <w:rsid w:val="00550947"/>
    <w:rsid w:val="00597C64"/>
    <w:rsid w:val="005E054D"/>
    <w:rsid w:val="00782C55"/>
    <w:rsid w:val="007B73BF"/>
    <w:rsid w:val="007C42FC"/>
    <w:rsid w:val="008963A2"/>
    <w:rsid w:val="008C1735"/>
    <w:rsid w:val="008D6595"/>
    <w:rsid w:val="00A71058"/>
    <w:rsid w:val="00AA1D8D"/>
    <w:rsid w:val="00AF3819"/>
    <w:rsid w:val="00B47730"/>
    <w:rsid w:val="00B90058"/>
    <w:rsid w:val="00C314D0"/>
    <w:rsid w:val="00C52B42"/>
    <w:rsid w:val="00C643EF"/>
    <w:rsid w:val="00CB0664"/>
    <w:rsid w:val="00CC4E8A"/>
    <w:rsid w:val="00DF2A49"/>
    <w:rsid w:val="00DF5B93"/>
    <w:rsid w:val="00E27F12"/>
    <w:rsid w:val="00EF13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1 Nuestra Historia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Marta Alicia Alvarado de Magaña</cp:lastModifiedBy>
  <cp:revision>3</cp:revision>
  <dcterms:created xsi:type="dcterms:W3CDTF">2026-10-07T20:33:00Z</dcterms:created>
  <dcterms:modified xsi:type="dcterms:W3CDTF">2026-10-07T20:33:00Z</dcterms:modified>
  <cp:category/>
</cp:coreProperties>
</file>