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01</w:t>
            </w:r>
            <w:r w:rsidR="001A1362"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 xml:space="preserve"> 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Historia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05FBC06D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proofErr w:type="spellStart"/>
            <w:r w:rsidR="00CF5B71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  <w:proofErr w:type="spellEnd"/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CF5B71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C314D0">
            <w:pPr>
              <w:spacing w:after="0" w:line="264" w:lineRule="auto"/>
              <w:rPr>
                <w:lang w:val="es-SV"/>
              </w:rPr>
            </w:pPr>
            <w:r w:rsidRPr="00C314D0">
              <w:rPr>
                <w:b/>
                <w:sz w:val="20"/>
                <w:lang w:val="es-SV"/>
              </w:rPr>
              <w:t xml:space="preserve">Misión de la estación: </w:t>
            </w:r>
            <w:r w:rsidRPr="00C314D0">
              <w:rPr>
                <w:i/>
                <w:sz w:val="20"/>
                <w:lang w:val="es-SV"/>
              </w:rPr>
              <w:t>“Todo miembro del MCP-ES debe conocer la historia y el propósito del mecanismo. Su equipo ha sido invitado a descubrir sus orígenes.”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Instrucciones: </w:t>
            </w:r>
            <w:r w:rsidRPr="00C314D0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C314D0">
              <w:rPr>
                <w:lang w:val="es-SV"/>
              </w:rPr>
              <w:br/>
            </w:r>
            <w:r w:rsidRPr="00C314D0">
              <w:rPr>
                <w:b/>
                <w:sz w:val="20"/>
                <w:lang w:val="es-SV"/>
              </w:rPr>
              <w:t xml:space="preserve">Tiempo disponible: 12 minutos. </w:t>
            </w:r>
            <w:r w:rsidRPr="00C314D0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¿En qué año fue creado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¿Cuál es la misión del MCP-ES?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Escríbanla con sus propias palabras.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F5B71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Según la sección “Representación Sectorial” de la página web, ¿cuántos sectores conforman el MCP-ES?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79510769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7C42FC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67E11DF2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Localicen </w:t>
      </w:r>
      <w:proofErr w:type="gramStart"/>
      <w:r w:rsidR="007C42FC">
        <w:rPr>
          <w:lang w:val="es-SV"/>
        </w:rPr>
        <w:t xml:space="preserve">un </w:t>
      </w:r>
      <w:r w:rsidRPr="00DF2A49">
        <w:rPr>
          <w:lang w:val="es-SV"/>
        </w:rPr>
        <w:t xml:space="preserve"> boletín</w:t>
      </w:r>
      <w:proofErr w:type="gramEnd"/>
      <w:r w:rsidRPr="00DF2A49">
        <w:rPr>
          <w:lang w:val="es-SV"/>
        </w:rPr>
        <w:t xml:space="preserve"> electrónico </w:t>
      </w:r>
      <w:r w:rsidR="008C1735">
        <w:rPr>
          <w:lang w:val="es-SV"/>
        </w:rPr>
        <w:t>publicado</w:t>
      </w:r>
      <w:r w:rsidR="007C42FC">
        <w:rPr>
          <w:lang w:val="es-SV"/>
        </w:rPr>
        <w:t xml:space="preserve"> entre 2024 y 2026 </w:t>
      </w:r>
      <w:r w:rsidRPr="00DF2A49">
        <w:rPr>
          <w:lang w:val="es-SV"/>
        </w:rPr>
        <w:t>y registren los siguientes datos: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Número del boletín: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Fecha de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CF5B71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fotografía institucional que represente un momento importante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evento o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F5B71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eligieron esa fotografía?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F5B71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8C1735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aspecto de la historia del MCP-ES les sorprendió más?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F5B71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F5B71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F5B71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Cada hallazgo suma una pieza a la memoria institucional.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8AE26" w14:textId="77777777" w:rsidR="003E320E" w:rsidRDefault="003E320E">
      <w:pPr>
        <w:spacing w:after="0" w:line="240" w:lineRule="auto"/>
      </w:pPr>
      <w:r>
        <w:separator/>
      </w:r>
    </w:p>
  </w:endnote>
  <w:endnote w:type="continuationSeparator" w:id="0">
    <w:p w14:paraId="075EFDA0" w14:textId="77777777" w:rsidR="003E320E" w:rsidRDefault="003E3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B67D5" w14:textId="77777777" w:rsidR="003E320E" w:rsidRDefault="003E320E">
      <w:pPr>
        <w:spacing w:after="0" w:line="240" w:lineRule="auto"/>
      </w:pPr>
      <w:r>
        <w:separator/>
      </w:r>
    </w:p>
  </w:footnote>
  <w:footnote w:type="continuationSeparator" w:id="0">
    <w:p w14:paraId="0B60E0EF" w14:textId="77777777" w:rsidR="003E320E" w:rsidRDefault="003E32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A1C0F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3E320E"/>
    <w:rsid w:val="00414FCA"/>
    <w:rsid w:val="004558FE"/>
    <w:rsid w:val="004E26C9"/>
    <w:rsid w:val="00550947"/>
    <w:rsid w:val="00597C64"/>
    <w:rsid w:val="005E054D"/>
    <w:rsid w:val="00782C55"/>
    <w:rsid w:val="007B678A"/>
    <w:rsid w:val="007B73BF"/>
    <w:rsid w:val="007C42FC"/>
    <w:rsid w:val="008963A2"/>
    <w:rsid w:val="008C1735"/>
    <w:rsid w:val="008D6595"/>
    <w:rsid w:val="00980BDC"/>
    <w:rsid w:val="00A71058"/>
    <w:rsid w:val="00AA1D8D"/>
    <w:rsid w:val="00AF3819"/>
    <w:rsid w:val="00B47730"/>
    <w:rsid w:val="00B90058"/>
    <w:rsid w:val="00C314D0"/>
    <w:rsid w:val="00C52B42"/>
    <w:rsid w:val="00C643EF"/>
    <w:rsid w:val="00CB0664"/>
    <w:rsid w:val="00CC4E8A"/>
    <w:rsid w:val="00CF5B71"/>
    <w:rsid w:val="00D57C07"/>
    <w:rsid w:val="00DF2A49"/>
    <w:rsid w:val="00DF5B93"/>
    <w:rsid w:val="00E27F12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1 Nuestra Historia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2026-10-07T20:36:00Z</dcterms:created>
  <dcterms:modified xsi:type="dcterms:W3CDTF">2026-10-07T20:36:00Z</dcterms:modified>
  <cp:category/>
</cp:coreProperties>
</file>