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03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Así trabajamos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3FD12CD2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E53BE4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</w:t>
            </w:r>
            <w:r w:rsidR="003E7364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nfianza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3E7364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 w:rsidP="00AA47CC">
            <w:pPr>
              <w:spacing w:after="0" w:line="264" w:lineRule="auto"/>
              <w:rPr>
                <w:lang w:val="es-SV"/>
              </w:rPr>
            </w:pPr>
            <w:r w:rsidRPr="00AA47CC">
              <w:rPr>
                <w:b/>
                <w:sz w:val="20"/>
                <w:lang w:val="es-SV"/>
              </w:rPr>
              <w:t xml:space="preserve">Misión de la estación: </w:t>
            </w:r>
            <w:r w:rsidRPr="00AA47CC">
              <w:rPr>
                <w:i/>
                <w:sz w:val="20"/>
                <w:lang w:val="es-SV"/>
              </w:rPr>
              <w:t>“Descubran cómo el MCP-ES desarrolla sus funciones de coordinación, monitoreo y articulación multisectorial.”</w:t>
            </w:r>
            <w:r w:rsidRPr="00AA47CC">
              <w:rPr>
                <w:lang w:val="es-SV"/>
              </w:rPr>
              <w:br/>
            </w:r>
            <w:r w:rsidRPr="00AA47CC">
              <w:rPr>
                <w:b/>
                <w:sz w:val="20"/>
                <w:lang w:val="es-SV"/>
              </w:rPr>
              <w:t xml:space="preserve">Instrucciones: </w:t>
            </w:r>
            <w:r w:rsidRPr="00AA47CC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AA47CC">
              <w:rPr>
                <w:lang w:val="es-SV"/>
              </w:rPr>
              <w:br/>
            </w:r>
            <w:r w:rsidRPr="00AA47CC">
              <w:rPr>
                <w:b/>
                <w:sz w:val="20"/>
                <w:lang w:val="es-SV"/>
              </w:rPr>
              <w:t xml:space="preserve">Tiempo disponible: 12 minutos. </w:t>
            </w:r>
            <w:r w:rsidRPr="00AA47CC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BD30C7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75E568AE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1. Encuentren un informe de una visita de campo</w:t>
      </w:r>
      <w:r w:rsidR="00BD30C7">
        <w:rPr>
          <w:lang w:val="es-SV"/>
        </w:rPr>
        <w:t xml:space="preserve"> </w:t>
      </w:r>
      <w:r w:rsidR="00F90B03">
        <w:rPr>
          <w:lang w:val="es-SV"/>
        </w:rPr>
        <w:t>realizada entre los años 201</w:t>
      </w:r>
      <w:r w:rsidR="00E23820">
        <w:rPr>
          <w:lang w:val="es-SV"/>
        </w:rPr>
        <w:t>4</w:t>
      </w:r>
      <w:r w:rsidR="00F90B03">
        <w:rPr>
          <w:lang w:val="es-SV"/>
        </w:rPr>
        <w:t xml:space="preserve"> y 2026</w:t>
      </w:r>
      <w:r w:rsidRPr="00DF2A49">
        <w:rPr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E7364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FD93B81" w14:textId="77777777" w:rsidR="00AF381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  <w:r w:rsidR="00993498">
              <w:rPr>
                <w:lang w:val="es-SV"/>
              </w:rPr>
              <w:t>(Mencione un hallazgo de la visita)</w:t>
            </w:r>
          </w:p>
          <w:p w14:paraId="2231C748" w14:textId="11719C23" w:rsidR="00993498" w:rsidRPr="00DF2A49" w:rsidRDefault="00993498">
            <w:pPr>
              <w:rPr>
                <w:lang w:val="es-SV"/>
              </w:rPr>
            </w:pP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03D4B8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Localicen un Diálogo de País</w:t>
      </w:r>
      <w:r w:rsidR="00B55803">
        <w:rPr>
          <w:lang w:val="es-SV"/>
        </w:rPr>
        <w:t xml:space="preserve"> entre 2019 y 2026</w:t>
      </w:r>
      <w:r w:rsidRPr="00DF2A49">
        <w:rPr>
          <w:lang w:val="es-SV"/>
        </w:rPr>
        <w:t>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¿Cuál fue el tema principal?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E7364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3E7364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Encuentren el Manual de Monitoreo Estratégico. ¿Cuál es su propósito principal?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E7364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p w14:paraId="36C2E7CA" w14:textId="77777777" w:rsidR="00DF2A49" w:rsidRDefault="00DF2A49">
      <w:pPr>
        <w:spacing w:after="0"/>
        <w:rPr>
          <w:lang w:val="es-SV"/>
        </w:rPr>
      </w:pPr>
    </w:p>
    <w:p w14:paraId="1A511C63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055744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1900A1CB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4. Busquen un informe de </w:t>
      </w:r>
      <w:r w:rsidR="004F0EA6">
        <w:rPr>
          <w:lang w:val="es-SV"/>
        </w:rPr>
        <w:t>Gastos para la sostenibilidad del MCP-ES</w:t>
      </w:r>
      <w:r w:rsidR="007A4F3F">
        <w:rPr>
          <w:lang w:val="es-SV"/>
        </w:rPr>
        <w:t xml:space="preserve"> entre los año</w:t>
      </w:r>
      <w:r w:rsidR="008E5F97">
        <w:rPr>
          <w:lang w:val="es-SV"/>
        </w:rPr>
        <w:t>s 2017 al 2026</w:t>
      </w:r>
      <w:r w:rsidRPr="00DF2A49">
        <w:rPr>
          <w:lang w:val="es-SV"/>
        </w:rPr>
        <w:t>.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72C38806" w:rsidR="00AF3819" w:rsidRPr="00DF2A49" w:rsidRDefault="009178B7" w:rsidP="00DF2A49">
      <w:pPr>
        <w:rPr>
          <w:lang w:val="es-SV"/>
        </w:rPr>
      </w:pPr>
      <w:r>
        <w:t>F</w:t>
      </w:r>
      <w:r w:rsidR="00053D85">
        <w:t>echa del informe: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1A418B06" w:rsidR="00AF3819" w:rsidRDefault="00053D85">
      <w:pPr>
        <w:pStyle w:val="Question"/>
        <w:keepNext/>
        <w:spacing w:before="60" w:after="40"/>
      </w:pPr>
      <w:r>
        <w:t xml:space="preserve">¿Qué </w:t>
      </w:r>
      <w:r w:rsidR="007A4F3F">
        <w:t xml:space="preserve">resultados </w:t>
      </w:r>
      <w:r w:rsidR="008E5F97">
        <w:t>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lo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E7364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3E7364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Encuentren una noticia relacionada con una actividad del MCP-ES.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o fecha de la noticia: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E7364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3E7364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¿Qué ocurrió?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EF2F0C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¿Cuál de las acciones del MCP-ES consideran que genera mayor impacto en la respuesta nacional?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E7364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3E7364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3E7364" w14:paraId="04B6CDC0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Conocer cómo trabajamos nos permite valorar el impacto de nuestras acciones.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FA0AD" w14:textId="77777777" w:rsidR="002F6D6D" w:rsidRDefault="002F6D6D">
      <w:pPr>
        <w:spacing w:after="0" w:line="240" w:lineRule="auto"/>
      </w:pPr>
      <w:r>
        <w:separator/>
      </w:r>
    </w:p>
  </w:endnote>
  <w:endnote w:type="continuationSeparator" w:id="0">
    <w:p w14:paraId="3457FBEB" w14:textId="77777777" w:rsidR="002F6D6D" w:rsidRDefault="002F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7E860721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r w:rsidR="008007D4" w:rsidRPr="00DF2A49">
      <w:rPr>
        <w:color w:val="667475"/>
        <w:sz w:val="16"/>
        <w:lang w:val="es-SV"/>
      </w:rPr>
      <w:t>• ESTACIÓN</w:t>
    </w:r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FE2C8" w14:textId="77777777" w:rsidR="002F6D6D" w:rsidRDefault="002F6D6D">
      <w:pPr>
        <w:spacing w:after="0" w:line="240" w:lineRule="auto"/>
      </w:pPr>
      <w:r>
        <w:separator/>
      </w:r>
    </w:p>
  </w:footnote>
  <w:footnote w:type="continuationSeparator" w:id="0">
    <w:p w14:paraId="4E7B8C7F" w14:textId="77777777" w:rsidR="002F6D6D" w:rsidRDefault="002F6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55744"/>
    <w:rsid w:val="0006063C"/>
    <w:rsid w:val="000D0B36"/>
    <w:rsid w:val="0010129D"/>
    <w:rsid w:val="0015074B"/>
    <w:rsid w:val="001A1362"/>
    <w:rsid w:val="001F0AF9"/>
    <w:rsid w:val="00271005"/>
    <w:rsid w:val="0029639D"/>
    <w:rsid w:val="002F6D6D"/>
    <w:rsid w:val="00302851"/>
    <w:rsid w:val="00326F90"/>
    <w:rsid w:val="003619F0"/>
    <w:rsid w:val="003E7364"/>
    <w:rsid w:val="00414FCA"/>
    <w:rsid w:val="004F0EA6"/>
    <w:rsid w:val="00592B62"/>
    <w:rsid w:val="00597C64"/>
    <w:rsid w:val="005E054D"/>
    <w:rsid w:val="005E2875"/>
    <w:rsid w:val="00782C55"/>
    <w:rsid w:val="007A4F3F"/>
    <w:rsid w:val="007B73BF"/>
    <w:rsid w:val="008007D4"/>
    <w:rsid w:val="008963A2"/>
    <w:rsid w:val="008E5F97"/>
    <w:rsid w:val="009178B7"/>
    <w:rsid w:val="00993498"/>
    <w:rsid w:val="00AA1D8D"/>
    <w:rsid w:val="00AA47CC"/>
    <w:rsid w:val="00AF3819"/>
    <w:rsid w:val="00B47730"/>
    <w:rsid w:val="00B55803"/>
    <w:rsid w:val="00B90058"/>
    <w:rsid w:val="00BD30C7"/>
    <w:rsid w:val="00C2257E"/>
    <w:rsid w:val="00C52B42"/>
    <w:rsid w:val="00C56190"/>
    <w:rsid w:val="00C643EF"/>
    <w:rsid w:val="00CB0664"/>
    <w:rsid w:val="00CC4E8A"/>
    <w:rsid w:val="00CF423D"/>
    <w:rsid w:val="00DF2A49"/>
    <w:rsid w:val="00DF5B93"/>
    <w:rsid w:val="00E23820"/>
    <w:rsid w:val="00E53BE4"/>
    <w:rsid w:val="00EF131E"/>
    <w:rsid w:val="00EF2F0C"/>
    <w:rsid w:val="00F90B0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3 Así trabajamos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Marta Alicia Alvarado de Magaña</cp:lastModifiedBy>
  <cp:revision>3</cp:revision>
  <dcterms:created xsi:type="dcterms:W3CDTF">2026-10-08T00:28:00Z</dcterms:created>
  <dcterms:modified xsi:type="dcterms:W3CDTF">2026-10-08T00:28:00Z</dcterms:modified>
  <cp:category/>
</cp:coreProperties>
</file>