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CDC56C8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Colaboración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r>
        <w:rPr>
          <w:color w:val="234F4C"/>
        </w:rPr>
        <w:t>◉  Instrucciones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7827D1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827D1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Documento recomendado: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¿Por qué lo recomendarían?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827D1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7827D1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827D1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7827D1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827D1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7827D1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7827D1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7827D1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7827D1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F5F8E" w14:textId="77777777" w:rsidR="004423C4" w:rsidRDefault="004423C4">
      <w:pPr>
        <w:spacing w:after="0" w:line="240" w:lineRule="auto"/>
      </w:pPr>
      <w:r>
        <w:separator/>
      </w:r>
    </w:p>
  </w:endnote>
  <w:endnote w:type="continuationSeparator" w:id="0">
    <w:p w14:paraId="30104E99" w14:textId="77777777" w:rsidR="004423C4" w:rsidRDefault="00442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>INSTITUCIONAL •</w:t>
    </w:r>
    <w:r w:rsidRPr="00DF2A49">
      <w:rPr>
        <w:color w:val="667475"/>
        <w:sz w:val="16"/>
        <w:lang w:val="es-SV"/>
      </w:rPr>
      <w:t xml:space="preserve">  ESTACIÓN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A5AB2" w14:textId="77777777" w:rsidR="004423C4" w:rsidRDefault="004423C4">
      <w:pPr>
        <w:spacing w:after="0" w:line="240" w:lineRule="auto"/>
      </w:pPr>
      <w:r>
        <w:separator/>
      </w:r>
    </w:p>
  </w:footnote>
  <w:footnote w:type="continuationSeparator" w:id="0">
    <w:p w14:paraId="3C15D4A2" w14:textId="77777777" w:rsidR="004423C4" w:rsidRDefault="00442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A1362"/>
    <w:rsid w:val="001F0AF9"/>
    <w:rsid w:val="00271005"/>
    <w:rsid w:val="0029639D"/>
    <w:rsid w:val="00302851"/>
    <w:rsid w:val="00326F90"/>
    <w:rsid w:val="004132BC"/>
    <w:rsid w:val="00414FCA"/>
    <w:rsid w:val="004423C4"/>
    <w:rsid w:val="00526DFB"/>
    <w:rsid w:val="00597C64"/>
    <w:rsid w:val="005E054D"/>
    <w:rsid w:val="00737B6D"/>
    <w:rsid w:val="007827D1"/>
    <w:rsid w:val="00782C55"/>
    <w:rsid w:val="007B73BF"/>
    <w:rsid w:val="008963A2"/>
    <w:rsid w:val="009E714E"/>
    <w:rsid w:val="00AA1D8D"/>
    <w:rsid w:val="00AF3819"/>
    <w:rsid w:val="00B47730"/>
    <w:rsid w:val="00B85521"/>
    <w:rsid w:val="00B90058"/>
    <w:rsid w:val="00C52B42"/>
    <w:rsid w:val="00C643EF"/>
    <w:rsid w:val="00CA468F"/>
    <w:rsid w:val="00CB0664"/>
    <w:rsid w:val="00CC4E8A"/>
    <w:rsid w:val="00DC21A9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9</cp:revision>
  <dcterms:created xsi:type="dcterms:W3CDTF">2026-10-07T21:32:00Z</dcterms:created>
  <dcterms:modified xsi:type="dcterms:W3CDTF">2026-10-07T21:41:00Z</dcterms:modified>
  <cp:category/>
</cp:coreProperties>
</file>