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4C9EBDB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6A2E80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6A2E80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2E80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2E8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6A2E80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2E80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2E80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2E80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2E80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2E80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2E80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2E80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7B920" w14:textId="77777777" w:rsidR="009E5D06" w:rsidRDefault="009E5D06">
      <w:pPr>
        <w:spacing w:after="0" w:line="240" w:lineRule="auto"/>
      </w:pPr>
      <w:r>
        <w:separator/>
      </w:r>
    </w:p>
  </w:endnote>
  <w:endnote w:type="continuationSeparator" w:id="0">
    <w:p w14:paraId="5BC26AF3" w14:textId="77777777" w:rsidR="009E5D06" w:rsidRDefault="009E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48CD5" w14:textId="77777777" w:rsidR="009E5D06" w:rsidRDefault="009E5D06">
      <w:pPr>
        <w:spacing w:after="0" w:line="240" w:lineRule="auto"/>
      </w:pPr>
      <w:r>
        <w:separator/>
      </w:r>
    </w:p>
  </w:footnote>
  <w:footnote w:type="continuationSeparator" w:id="0">
    <w:p w14:paraId="58B2B719" w14:textId="77777777" w:rsidR="009E5D06" w:rsidRDefault="009E5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71005"/>
    <w:rsid w:val="0029639D"/>
    <w:rsid w:val="00302851"/>
    <w:rsid w:val="00326F90"/>
    <w:rsid w:val="004132BC"/>
    <w:rsid w:val="00414FCA"/>
    <w:rsid w:val="004423C4"/>
    <w:rsid w:val="00526DFB"/>
    <w:rsid w:val="00592E5C"/>
    <w:rsid w:val="00597C64"/>
    <w:rsid w:val="005E054D"/>
    <w:rsid w:val="006A2E80"/>
    <w:rsid w:val="00737B6D"/>
    <w:rsid w:val="007827D1"/>
    <w:rsid w:val="00782C55"/>
    <w:rsid w:val="007B73BF"/>
    <w:rsid w:val="008963A2"/>
    <w:rsid w:val="009B21F2"/>
    <w:rsid w:val="009E5D06"/>
    <w:rsid w:val="009E714E"/>
    <w:rsid w:val="00AA1D8D"/>
    <w:rsid w:val="00AF3819"/>
    <w:rsid w:val="00B11648"/>
    <w:rsid w:val="00B47730"/>
    <w:rsid w:val="00B85521"/>
    <w:rsid w:val="00B90058"/>
    <w:rsid w:val="00C52B42"/>
    <w:rsid w:val="00C643EF"/>
    <w:rsid w:val="00CA468F"/>
    <w:rsid w:val="00CB0664"/>
    <w:rsid w:val="00CC4E8A"/>
    <w:rsid w:val="00DC21A9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2026-10-09T14:50:00Z</dcterms:created>
  <dcterms:modified xsi:type="dcterms:W3CDTF">2026-10-09T14:50:00Z</dcterms:modified>
  <cp:category/>
</cp:coreProperties>
</file>