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04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Memoria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64C9EBDB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6A2E80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ompromiso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6D6A23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7827D1">
              <w:rPr>
                <w:b/>
                <w:sz w:val="20"/>
                <w:lang w:val="es-SV"/>
              </w:rPr>
              <w:t xml:space="preserve">Misión de la estación: </w:t>
            </w:r>
            <w:r w:rsidRPr="007827D1">
              <w:rPr>
                <w:i/>
                <w:sz w:val="20"/>
                <w:lang w:val="es-SV"/>
              </w:rPr>
              <w:t>“La memoria institucional se construye con documentos, fotografías y experiencias. Descubran algunos de esos tesoros.”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Instrucciones: </w:t>
            </w:r>
            <w:r w:rsidRPr="007827D1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Tiempo disponible: 12 minutos. </w:t>
            </w:r>
            <w:r w:rsidRPr="007827D1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73CA8D71" w14:textId="77777777" w:rsidR="00B85521" w:rsidRDefault="00053D85" w:rsidP="00B85521">
      <w:pPr>
        <w:pStyle w:val="NormalWeb"/>
      </w:pPr>
      <w:r w:rsidRPr="00DF2A49">
        <w:t xml:space="preserve">1. </w:t>
      </w:r>
      <w:r w:rsidR="00B85521">
        <w:rPr>
          <w:rStyle w:val="Fuerte"/>
        </w:rPr>
        <w:t>Localicen la “Sistematización del proceso de elección de la membresía del MCP-ES 2025–2028”. Después de revisarla, expliquen por qué este proceso es importante para la representatividad y el funcionamiento del mecanismo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D6A23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Encuentren una publicación o documento que no conocían.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Título del documento o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Busquen una galería fotográfica de una actividad institucional. ¿Qué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DC21A9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2EB607E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4. ¿Qué documento recomendarían leer primero a un nuevo integrante del MCP-ES?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Documento recomendado: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¿Por qué lo recomendarían?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D6A23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6D6A23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un documento publicado antes de 2024 que aún consideren vigente.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y año del documento: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D6A23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6D6A23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creen que sigue siendo importante?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D6A23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6D6A23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CA468F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es importante conservar la memoria institucional?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D6A23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6D6A23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6D6A23" w14:paraId="04B6CDC0" w14:textId="77777777" w:rsidTr="00CA468F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9A6F16D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Conservar nuestra memoria nos ayuda a reconocer el camino recorrido.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A030A" w14:textId="77777777" w:rsidR="006E7E10" w:rsidRDefault="006E7E10">
      <w:pPr>
        <w:spacing w:after="0" w:line="240" w:lineRule="auto"/>
      </w:pPr>
      <w:r>
        <w:separator/>
      </w:r>
    </w:p>
  </w:endnote>
  <w:endnote w:type="continuationSeparator" w:id="0">
    <w:p w14:paraId="70B67A3E" w14:textId="77777777" w:rsidR="006E7E10" w:rsidRDefault="006E7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15EA3" w14:textId="77777777" w:rsidR="006E7E10" w:rsidRDefault="006E7E10">
      <w:pPr>
        <w:spacing w:after="0" w:line="240" w:lineRule="auto"/>
      </w:pPr>
      <w:r>
        <w:separator/>
      </w:r>
    </w:p>
  </w:footnote>
  <w:footnote w:type="continuationSeparator" w:id="0">
    <w:p w14:paraId="664B7EC5" w14:textId="77777777" w:rsidR="006E7E10" w:rsidRDefault="006E7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</w:t>
    </w:r>
    <w:proofErr w:type="spellStart"/>
    <w:r>
      <w:rPr>
        <w:b/>
        <w:color w:val="234F4C"/>
        <w:sz w:val="17"/>
      </w:rPr>
      <w:t>Octubre</w:t>
    </w:r>
    <w:proofErr w:type="spellEnd"/>
    <w:r>
      <w:rPr>
        <w:b/>
        <w:color w:val="234F4C"/>
        <w:sz w:val="17"/>
      </w:rPr>
      <w:t xml:space="preserve">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5074B"/>
    <w:rsid w:val="00172BBB"/>
    <w:rsid w:val="001A1362"/>
    <w:rsid w:val="001F0AF9"/>
    <w:rsid w:val="00233ED4"/>
    <w:rsid w:val="00271005"/>
    <w:rsid w:val="0029639D"/>
    <w:rsid w:val="00302851"/>
    <w:rsid w:val="00326F90"/>
    <w:rsid w:val="004132BC"/>
    <w:rsid w:val="00414FCA"/>
    <w:rsid w:val="004423C4"/>
    <w:rsid w:val="00526DFB"/>
    <w:rsid w:val="00592E5C"/>
    <w:rsid w:val="00597C64"/>
    <w:rsid w:val="005E054D"/>
    <w:rsid w:val="006A2E80"/>
    <w:rsid w:val="006D6A23"/>
    <w:rsid w:val="006E7E10"/>
    <w:rsid w:val="00737B6D"/>
    <w:rsid w:val="007827D1"/>
    <w:rsid w:val="00782C55"/>
    <w:rsid w:val="007B73BF"/>
    <w:rsid w:val="008963A2"/>
    <w:rsid w:val="009B21F2"/>
    <w:rsid w:val="009E5D06"/>
    <w:rsid w:val="009E714E"/>
    <w:rsid w:val="00AA1D8D"/>
    <w:rsid w:val="00AF3819"/>
    <w:rsid w:val="00B11648"/>
    <w:rsid w:val="00B47730"/>
    <w:rsid w:val="00B85521"/>
    <w:rsid w:val="00B90058"/>
    <w:rsid w:val="00C40953"/>
    <w:rsid w:val="00C52B42"/>
    <w:rsid w:val="00C643EF"/>
    <w:rsid w:val="00CA468F"/>
    <w:rsid w:val="00CB0664"/>
    <w:rsid w:val="00CC4E8A"/>
    <w:rsid w:val="00DC21A9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B85521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4 Nuestra Memoria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Administración y Comunicaciones MCP</cp:lastModifiedBy>
  <cp:revision>4</cp:revision>
  <cp:lastPrinted>2026-10-09T17:21:00Z</cp:lastPrinted>
  <dcterms:created xsi:type="dcterms:W3CDTF">2026-10-09T14:50:00Z</dcterms:created>
  <dcterms:modified xsi:type="dcterms:W3CDTF">2026-10-09T21:05:00Z</dcterms:modified>
  <cp:category/>
</cp:coreProperties>
</file>