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087A3DFE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B11648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onfianza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172BBB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72BBB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72BBB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172BBB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72BBB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72BBB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72BBB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72BBB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72BBB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72BBB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72BBB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23B80" w14:textId="77777777" w:rsidR="00233ED4" w:rsidRDefault="00233ED4">
      <w:pPr>
        <w:spacing w:after="0" w:line="240" w:lineRule="auto"/>
      </w:pPr>
      <w:r>
        <w:separator/>
      </w:r>
    </w:p>
  </w:endnote>
  <w:endnote w:type="continuationSeparator" w:id="0">
    <w:p w14:paraId="4572A119" w14:textId="77777777" w:rsidR="00233ED4" w:rsidRDefault="0023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3A3F" w14:textId="77777777" w:rsidR="00233ED4" w:rsidRDefault="00233ED4">
      <w:pPr>
        <w:spacing w:after="0" w:line="240" w:lineRule="auto"/>
      </w:pPr>
      <w:r>
        <w:separator/>
      </w:r>
    </w:p>
  </w:footnote>
  <w:footnote w:type="continuationSeparator" w:id="0">
    <w:p w14:paraId="752AA639" w14:textId="77777777" w:rsidR="00233ED4" w:rsidRDefault="00233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71005"/>
    <w:rsid w:val="0029639D"/>
    <w:rsid w:val="00302851"/>
    <w:rsid w:val="00326F90"/>
    <w:rsid w:val="004132BC"/>
    <w:rsid w:val="00414FCA"/>
    <w:rsid w:val="004423C4"/>
    <w:rsid w:val="00526DFB"/>
    <w:rsid w:val="00592E5C"/>
    <w:rsid w:val="00597C64"/>
    <w:rsid w:val="005E054D"/>
    <w:rsid w:val="00737B6D"/>
    <w:rsid w:val="007827D1"/>
    <w:rsid w:val="00782C55"/>
    <w:rsid w:val="007B73BF"/>
    <w:rsid w:val="008963A2"/>
    <w:rsid w:val="009E714E"/>
    <w:rsid w:val="00AA1D8D"/>
    <w:rsid w:val="00AF3819"/>
    <w:rsid w:val="00B11648"/>
    <w:rsid w:val="00B47730"/>
    <w:rsid w:val="00B85521"/>
    <w:rsid w:val="00B90058"/>
    <w:rsid w:val="00C52B42"/>
    <w:rsid w:val="00C643EF"/>
    <w:rsid w:val="00CA468F"/>
    <w:rsid w:val="00CB0664"/>
    <w:rsid w:val="00CC4E8A"/>
    <w:rsid w:val="00DC21A9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2026-10-09T14:48:00Z</dcterms:created>
  <dcterms:modified xsi:type="dcterms:W3CDTF">2026-10-09T14:48:00Z</dcterms:modified>
  <cp:category/>
</cp:coreProperties>
</file>