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09765835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proofErr w:type="spellStart"/>
            <w:r w:rsidR="00247C5F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  <w:proofErr w:type="spellEnd"/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E527AA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E527AA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93B1" w14:textId="77777777" w:rsidR="00D658BF" w:rsidRDefault="00D658BF">
      <w:pPr>
        <w:spacing w:after="0" w:line="240" w:lineRule="auto"/>
      </w:pPr>
      <w:r>
        <w:separator/>
      </w:r>
    </w:p>
  </w:endnote>
  <w:endnote w:type="continuationSeparator" w:id="0">
    <w:p w14:paraId="5A7DF820" w14:textId="77777777" w:rsidR="00D658BF" w:rsidRDefault="00D65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BC49" w14:textId="77777777" w:rsidR="00D658BF" w:rsidRDefault="00D658BF">
      <w:pPr>
        <w:spacing w:after="0" w:line="240" w:lineRule="auto"/>
      </w:pPr>
      <w:r>
        <w:separator/>
      </w:r>
    </w:p>
  </w:footnote>
  <w:footnote w:type="continuationSeparator" w:id="0">
    <w:p w14:paraId="7FDD169E" w14:textId="77777777" w:rsidR="00D658BF" w:rsidRDefault="00D65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47C5F"/>
    <w:rsid w:val="00271005"/>
    <w:rsid w:val="0029639D"/>
    <w:rsid w:val="00302851"/>
    <w:rsid w:val="00326F90"/>
    <w:rsid w:val="003C5659"/>
    <w:rsid w:val="004132BC"/>
    <w:rsid w:val="00414FCA"/>
    <w:rsid w:val="004423C4"/>
    <w:rsid w:val="00526DFB"/>
    <w:rsid w:val="00592E5C"/>
    <w:rsid w:val="00597C64"/>
    <w:rsid w:val="005B3B16"/>
    <w:rsid w:val="005E054D"/>
    <w:rsid w:val="00626D1E"/>
    <w:rsid w:val="00737B6D"/>
    <w:rsid w:val="007827D1"/>
    <w:rsid w:val="00782C55"/>
    <w:rsid w:val="007B73BF"/>
    <w:rsid w:val="008963A2"/>
    <w:rsid w:val="009E714E"/>
    <w:rsid w:val="00AA1D8D"/>
    <w:rsid w:val="00AF3819"/>
    <w:rsid w:val="00B11648"/>
    <w:rsid w:val="00B47730"/>
    <w:rsid w:val="00B85521"/>
    <w:rsid w:val="00B90058"/>
    <w:rsid w:val="00C40953"/>
    <w:rsid w:val="00C52B42"/>
    <w:rsid w:val="00C643EF"/>
    <w:rsid w:val="00CA468F"/>
    <w:rsid w:val="00CB0664"/>
    <w:rsid w:val="00CC4E8A"/>
    <w:rsid w:val="00D658BF"/>
    <w:rsid w:val="00DC21A9"/>
    <w:rsid w:val="00DF2A49"/>
    <w:rsid w:val="00DF5B93"/>
    <w:rsid w:val="00E527AA"/>
    <w:rsid w:val="00EA3351"/>
    <w:rsid w:val="00ED1165"/>
    <w:rsid w:val="00EF131E"/>
    <w:rsid w:val="00F4136D"/>
    <w:rsid w:val="00F863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5</cp:revision>
  <cp:lastPrinted>2026-10-09T17:22:00Z</cp:lastPrinted>
  <dcterms:created xsi:type="dcterms:W3CDTF">2026-10-09T14:52:00Z</dcterms:created>
  <dcterms:modified xsi:type="dcterms:W3CDTF">2026-10-09T21:05:00Z</dcterms:modified>
  <cp:category/>
</cp:coreProperties>
</file>