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773A91C4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F8632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Lider</w:t>
            </w:r>
            <w:r w:rsidR="00ED1165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a</w:t>
            </w:r>
            <w:r w:rsidR="00F8632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zgo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 xml:space="preserve">◉  </w:t>
      </w:r>
      <w:proofErr w:type="spellStart"/>
      <w:r>
        <w:rPr>
          <w:color w:val="234F4C"/>
        </w:rPr>
        <w:t>Instrucciones</w:t>
      </w:r>
      <w:proofErr w:type="spellEnd"/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F02731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02731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proofErr w:type="spellStart"/>
      <w:r>
        <w:t>Documento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 xml:space="preserve">¿Por </w:t>
      </w:r>
      <w:proofErr w:type="spellStart"/>
      <w:r>
        <w:t>qué</w:t>
      </w:r>
      <w:proofErr w:type="spellEnd"/>
      <w:r>
        <w:t xml:space="preserve"> lo </w:t>
      </w:r>
      <w:proofErr w:type="spellStart"/>
      <w:r>
        <w:t>recomendarían</w:t>
      </w:r>
      <w:proofErr w:type="spellEnd"/>
      <w:r>
        <w:t>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02731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F02731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02731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02731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02731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02731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02731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02731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02731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proofErr w:type="spellStart"/>
      <w:r>
        <w:t>Comentarios</w:t>
      </w:r>
      <w:proofErr w:type="spellEnd"/>
      <w:r>
        <w:t xml:space="preserve"> del </w:t>
      </w:r>
      <w:proofErr w:type="spellStart"/>
      <w:r>
        <w:t>facilitador</w:t>
      </w:r>
      <w:proofErr w:type="spellEnd"/>
      <w:r>
        <w:t xml:space="preserve"> o </w:t>
      </w:r>
      <w:proofErr w:type="spellStart"/>
      <w:r>
        <w:t>facilitadora</w:t>
      </w:r>
      <w:proofErr w:type="spellEnd"/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918F" w14:textId="77777777" w:rsidR="00FB5EA2" w:rsidRDefault="00FB5EA2">
      <w:pPr>
        <w:spacing w:after="0" w:line="240" w:lineRule="auto"/>
      </w:pPr>
      <w:r>
        <w:separator/>
      </w:r>
    </w:p>
  </w:endnote>
  <w:endnote w:type="continuationSeparator" w:id="0">
    <w:p w14:paraId="5EE9842A" w14:textId="77777777" w:rsidR="00FB5EA2" w:rsidRDefault="00FB5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8C084" w14:textId="77777777" w:rsidR="00FB5EA2" w:rsidRDefault="00FB5EA2">
      <w:pPr>
        <w:spacing w:after="0" w:line="240" w:lineRule="auto"/>
      </w:pPr>
      <w:r>
        <w:separator/>
      </w:r>
    </w:p>
  </w:footnote>
  <w:footnote w:type="continuationSeparator" w:id="0">
    <w:p w14:paraId="2E36000E" w14:textId="77777777" w:rsidR="00FB5EA2" w:rsidRDefault="00FB5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71005"/>
    <w:rsid w:val="0029639D"/>
    <w:rsid w:val="00302851"/>
    <w:rsid w:val="00326F90"/>
    <w:rsid w:val="004132BC"/>
    <w:rsid w:val="00414FCA"/>
    <w:rsid w:val="004423C4"/>
    <w:rsid w:val="00526DFB"/>
    <w:rsid w:val="00592E5C"/>
    <w:rsid w:val="00597C64"/>
    <w:rsid w:val="005E054D"/>
    <w:rsid w:val="00626D1E"/>
    <w:rsid w:val="00737B6D"/>
    <w:rsid w:val="007827D1"/>
    <w:rsid w:val="00782C55"/>
    <w:rsid w:val="007B73BF"/>
    <w:rsid w:val="008963A2"/>
    <w:rsid w:val="009E714E"/>
    <w:rsid w:val="00AA1D8D"/>
    <w:rsid w:val="00AF3819"/>
    <w:rsid w:val="00B11648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C21A9"/>
    <w:rsid w:val="00DF2A49"/>
    <w:rsid w:val="00DF5B93"/>
    <w:rsid w:val="00EA3351"/>
    <w:rsid w:val="00ED1165"/>
    <w:rsid w:val="00EF131E"/>
    <w:rsid w:val="00F02731"/>
    <w:rsid w:val="00F53697"/>
    <w:rsid w:val="00F8632A"/>
    <w:rsid w:val="00FB5E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5</cp:revision>
  <cp:lastPrinted>2026-10-09T17:22:00Z</cp:lastPrinted>
  <dcterms:created xsi:type="dcterms:W3CDTF">2026-10-09T14:51:00Z</dcterms:created>
  <dcterms:modified xsi:type="dcterms:W3CDTF">2026-10-09T21:05:00Z</dcterms:modified>
  <cp:category/>
</cp:coreProperties>
</file>