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BF7B6E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BF7B6E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F7B6E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F7B6E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F7B6E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F7B6E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BF7B6E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F7B6E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BF7B6E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CA115" w14:textId="77777777" w:rsidR="00E4475D" w:rsidRDefault="00E4475D">
      <w:pPr>
        <w:spacing w:after="0" w:line="240" w:lineRule="auto"/>
      </w:pPr>
      <w:r>
        <w:separator/>
      </w:r>
    </w:p>
  </w:endnote>
  <w:endnote w:type="continuationSeparator" w:id="0">
    <w:p w14:paraId="36D025E2" w14:textId="77777777" w:rsidR="00E4475D" w:rsidRDefault="00E44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17B9D" w14:textId="77777777" w:rsidR="00E4475D" w:rsidRDefault="00E4475D">
      <w:pPr>
        <w:spacing w:after="0" w:line="240" w:lineRule="auto"/>
      </w:pPr>
      <w:r>
        <w:separator/>
      </w:r>
    </w:p>
  </w:footnote>
  <w:footnote w:type="continuationSeparator" w:id="0">
    <w:p w14:paraId="6C6D896D" w14:textId="77777777" w:rsidR="00E4475D" w:rsidRDefault="00E44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7C64"/>
    <w:rsid w:val="005E054D"/>
    <w:rsid w:val="00782C55"/>
    <w:rsid w:val="007B73BF"/>
    <w:rsid w:val="008963A2"/>
    <w:rsid w:val="009334FE"/>
    <w:rsid w:val="00AA1D8D"/>
    <w:rsid w:val="00AB0AA7"/>
    <w:rsid w:val="00AF3819"/>
    <w:rsid w:val="00B47730"/>
    <w:rsid w:val="00B90058"/>
    <w:rsid w:val="00BB0C61"/>
    <w:rsid w:val="00BF7B6E"/>
    <w:rsid w:val="00C40953"/>
    <w:rsid w:val="00C52B42"/>
    <w:rsid w:val="00C643EF"/>
    <w:rsid w:val="00CB0664"/>
    <w:rsid w:val="00CC4E8A"/>
    <w:rsid w:val="00D84EDF"/>
    <w:rsid w:val="00DA10CB"/>
    <w:rsid w:val="00DF2A49"/>
    <w:rsid w:val="00DF5B93"/>
    <w:rsid w:val="00E4475D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14</cp:revision>
  <cp:lastPrinted>2026-10-09T17:23:00Z</cp:lastPrinted>
  <dcterms:created xsi:type="dcterms:W3CDTF">2026-10-07T21:43:00Z</dcterms:created>
  <dcterms:modified xsi:type="dcterms:W3CDTF">2026-10-09T21:05:00Z</dcterms:modified>
  <cp:category/>
</cp:coreProperties>
</file>