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0D7D4C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33DCC299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0E58E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ompromiso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0D7D4C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D7D4C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D7D4C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D7D4C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D7D4C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0D7D4C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0D7D4C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0D7D4C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72C4" w14:textId="77777777" w:rsidR="000579A2" w:rsidRDefault="000579A2">
      <w:pPr>
        <w:spacing w:after="0" w:line="240" w:lineRule="auto"/>
      </w:pPr>
      <w:r>
        <w:separator/>
      </w:r>
    </w:p>
  </w:endnote>
  <w:endnote w:type="continuationSeparator" w:id="0">
    <w:p w14:paraId="330C3069" w14:textId="77777777" w:rsidR="000579A2" w:rsidRDefault="0005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DFF9A" w14:textId="77777777" w:rsidR="000579A2" w:rsidRDefault="000579A2">
      <w:pPr>
        <w:spacing w:after="0" w:line="240" w:lineRule="auto"/>
      </w:pPr>
      <w:r>
        <w:separator/>
      </w:r>
    </w:p>
  </w:footnote>
  <w:footnote w:type="continuationSeparator" w:id="0">
    <w:p w14:paraId="3990D7F9" w14:textId="77777777" w:rsidR="000579A2" w:rsidRDefault="0005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79A2"/>
    <w:rsid w:val="0006063C"/>
    <w:rsid w:val="000714BE"/>
    <w:rsid w:val="000B5B11"/>
    <w:rsid w:val="000D0B36"/>
    <w:rsid w:val="000D7D4C"/>
    <w:rsid w:val="000E58EA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E5137"/>
    <w:rsid w:val="00414FCA"/>
    <w:rsid w:val="005406C2"/>
    <w:rsid w:val="00592E5C"/>
    <w:rsid w:val="00597C64"/>
    <w:rsid w:val="005E054D"/>
    <w:rsid w:val="00782C55"/>
    <w:rsid w:val="007B2CD6"/>
    <w:rsid w:val="007B73BF"/>
    <w:rsid w:val="008963A2"/>
    <w:rsid w:val="008C2D60"/>
    <w:rsid w:val="009334FE"/>
    <w:rsid w:val="00AA1D8D"/>
    <w:rsid w:val="00AB0AA7"/>
    <w:rsid w:val="00AF3819"/>
    <w:rsid w:val="00B47730"/>
    <w:rsid w:val="00B90058"/>
    <w:rsid w:val="00BB0C61"/>
    <w:rsid w:val="00C40953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2026-10-09T17:23:00Z</cp:lastPrinted>
  <dcterms:created xsi:type="dcterms:W3CDTF">2026-10-09T14:53:00Z</dcterms:created>
  <dcterms:modified xsi:type="dcterms:W3CDTF">2026-10-09T21:05:00Z</dcterms:modified>
  <cp:category/>
</cp:coreProperties>
</file>