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962607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03E0347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0E58E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</w:t>
            </w:r>
            <w:r w:rsidR="00962607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nfianza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962607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62607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62607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62607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62607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962607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62607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962607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54635" w14:textId="77777777" w:rsidR="003E7614" w:rsidRDefault="003E7614">
      <w:pPr>
        <w:spacing w:after="0" w:line="240" w:lineRule="auto"/>
      </w:pPr>
      <w:r>
        <w:separator/>
      </w:r>
    </w:p>
  </w:endnote>
  <w:endnote w:type="continuationSeparator" w:id="0">
    <w:p w14:paraId="2175ED9E" w14:textId="77777777" w:rsidR="003E7614" w:rsidRDefault="003E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7E47" w14:textId="77777777" w:rsidR="003E7614" w:rsidRDefault="003E7614">
      <w:pPr>
        <w:spacing w:after="0" w:line="240" w:lineRule="auto"/>
      </w:pPr>
      <w:r>
        <w:separator/>
      </w:r>
    </w:p>
  </w:footnote>
  <w:footnote w:type="continuationSeparator" w:id="0">
    <w:p w14:paraId="2923D2F6" w14:textId="77777777" w:rsidR="003E7614" w:rsidRDefault="003E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0E58EA"/>
    <w:rsid w:val="0010129D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3E7614"/>
    <w:rsid w:val="00414FCA"/>
    <w:rsid w:val="005406C2"/>
    <w:rsid w:val="00592E5C"/>
    <w:rsid w:val="00597C64"/>
    <w:rsid w:val="005E054D"/>
    <w:rsid w:val="00782C55"/>
    <w:rsid w:val="007B2CD6"/>
    <w:rsid w:val="007B73BF"/>
    <w:rsid w:val="008815F1"/>
    <w:rsid w:val="008963A2"/>
    <w:rsid w:val="008C2D60"/>
    <w:rsid w:val="009334FE"/>
    <w:rsid w:val="00962607"/>
    <w:rsid w:val="00AA1D8D"/>
    <w:rsid w:val="00AB0AA7"/>
    <w:rsid w:val="00AF3819"/>
    <w:rsid w:val="00B47730"/>
    <w:rsid w:val="00B90058"/>
    <w:rsid w:val="00BB0C61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2026-10-09T14:54:00Z</dcterms:created>
  <dcterms:modified xsi:type="dcterms:W3CDTF">2026-10-09T14:54:00Z</dcterms:modified>
  <cp:category/>
</cp:coreProperties>
</file>