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:rsidRPr="003C2FF7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 w:rsidRPr="005406C2">
              <w:rPr>
                <w:rFonts w:ascii="Aptos Display" w:hAnsi="Aptos Display"/>
                <w:b/>
                <w:color w:val="173B3A"/>
                <w:sz w:val="32"/>
                <w:lang w:val="es-SV"/>
              </w:rPr>
              <w:t>ESTACIÓN 05</w:t>
            </w:r>
          </w:p>
          <w:p w14:paraId="79DCC1E1" w14:textId="0885C157" w:rsidR="00782C55" w:rsidRPr="005406C2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  <w:lang w:val="es-SV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Mirando hacia el futuro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603E0347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CC4E8A" w:rsidRPr="00CC4E8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C</w:t>
            </w:r>
            <w:r w:rsidR="000E58EA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o</w:t>
            </w:r>
            <w:r w:rsidR="00962607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nfianza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proofErr w:type="gramStart"/>
      <w:r>
        <w:rPr>
          <w:color w:val="234F4C"/>
        </w:rPr>
        <w:t>◉  Instrucciones</w:t>
      </w:r>
      <w:proofErr w:type="gramEnd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3C2FF7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5406C2">
              <w:rPr>
                <w:b/>
                <w:sz w:val="20"/>
                <w:lang w:val="es-SV"/>
              </w:rPr>
              <w:t xml:space="preserve">Misión de la estación: </w:t>
            </w:r>
            <w:r w:rsidRPr="005406C2">
              <w:rPr>
                <w:i/>
                <w:sz w:val="20"/>
                <w:lang w:val="es-SV"/>
              </w:rPr>
              <w:t>“Exploren los elementos que pueden contribuir a la sostenibilidad del MCP-ES y a la continuidad de su trabajo en el futuro.”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Instrucciones: </w:t>
            </w:r>
            <w:r w:rsidRPr="005406C2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5406C2">
              <w:rPr>
                <w:lang w:val="es-SV"/>
              </w:rPr>
              <w:br/>
            </w:r>
            <w:r w:rsidRPr="005406C2">
              <w:rPr>
                <w:b/>
                <w:sz w:val="20"/>
                <w:lang w:val="es-SV"/>
              </w:rPr>
              <w:t xml:space="preserve">Tiempo disponible: 12 minutos. </w:t>
            </w:r>
            <w:r w:rsidRPr="005406C2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 w:rsidP="00DA10CB">
            <w:pPr>
              <w:jc w:val="center"/>
            </w:pPr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2E12CC3B" w14:textId="2D092E45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1. Localicen la Carta de Asignación del Fondo </w:t>
      </w:r>
      <w:r w:rsidR="00DA10CB" w:rsidRPr="00DF2A49">
        <w:rPr>
          <w:lang w:val="es-SV"/>
        </w:rPr>
        <w:t>Mundial, ¿</w:t>
      </w:r>
      <w:r w:rsidRPr="00DF2A49">
        <w:rPr>
          <w:lang w:val="es-SV"/>
        </w:rPr>
        <w:t>Cuál es el período que comprende?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3C2FF7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18B90D8A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 xml:space="preserve">2. Encuentren el tablero de </w:t>
      </w:r>
      <w:r w:rsidR="002F7E9F">
        <w:rPr>
          <w:lang w:val="es-SV"/>
        </w:rPr>
        <w:t xml:space="preserve">mando </w:t>
      </w:r>
      <w:r w:rsidR="002F7E9F" w:rsidRPr="00DF2A49">
        <w:rPr>
          <w:lang w:val="es-SV"/>
        </w:rPr>
        <w:t>del</w:t>
      </w:r>
      <w:r w:rsidRPr="00DF2A49">
        <w:rPr>
          <w:lang w:val="es-SV"/>
        </w:rPr>
        <w:t xml:space="preserve"> MCP-ES.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¿Qué información presenta?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B4494E5" w14:textId="284B0879" w:rsidR="002F7E9F" w:rsidRDefault="002F7E9F" w:rsidP="002F7E9F">
      <w:pPr>
        <w:pStyle w:val="NormalWeb"/>
      </w:pPr>
      <w:r>
        <w:rPr>
          <w:rStyle w:val="Fuerte"/>
        </w:rPr>
        <w:t xml:space="preserve">3. Localicen una publicación o </w:t>
      </w:r>
      <w:r w:rsidR="00DA10CB">
        <w:rPr>
          <w:rStyle w:val="Fuerte"/>
        </w:rPr>
        <w:t>documento que</w:t>
      </w:r>
      <w:r>
        <w:rPr>
          <w:rStyle w:val="Fuerte"/>
        </w:rPr>
        <w:t xml:space="preserve"> aborde la sostenibilidad del MCP-ES o el proceso de transición. Puede ser un boletín, plan, informe, acta o agenda. ¿Qué aspecto de la sostenibilidad o la transición aborda y por qué consideran que es relevante para el futuro del mecanismo?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3C2FF7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584B2409" w14:textId="77777777" w:rsid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 w:rsidP="009334FE">
      <w:pPr>
        <w:spacing w:after="0" w:line="240" w:lineRule="auto"/>
      </w:pPr>
    </w:p>
    <w:p w14:paraId="6AD4D210" w14:textId="77777777" w:rsidR="00AB0AA7" w:rsidRDefault="00053D85" w:rsidP="009334FE">
      <w:pPr>
        <w:pStyle w:val="NormalWeb"/>
        <w:spacing w:before="0" w:beforeAutospacing="0" w:after="0" w:afterAutospacing="0"/>
      </w:pPr>
      <w:r w:rsidRPr="00DF2A49">
        <w:t xml:space="preserve">4. </w:t>
      </w:r>
      <w:r w:rsidR="00AB0AA7">
        <w:rPr>
          <w:rStyle w:val="Fuerte"/>
        </w:rPr>
        <w:t>Encuentren un documento o publicación institucional relacionado con la cooperación del Fondo Mundial. Puede ser un boletín, acta, minuta, informe, noticia o agenda.</w:t>
      </w:r>
    </w:p>
    <w:p w14:paraId="1C7E6848" w14:textId="19C82D2E" w:rsidR="00AF3819" w:rsidRPr="00DF2A49" w:rsidRDefault="00053D85" w:rsidP="00DF2A49">
      <w:pPr>
        <w:rPr>
          <w:lang w:val="es-SV"/>
        </w:rPr>
      </w:pPr>
      <w:r w:rsidRPr="005406C2">
        <w:rPr>
          <w:lang w:val="es-SV"/>
        </w:rPr>
        <w:t>Título o fecha de la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3C2FF7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Pr="005406C2" w:rsidRDefault="00053D85">
            <w:pPr>
              <w:rPr>
                <w:lang w:val="es-SV"/>
              </w:rPr>
            </w:pPr>
            <w:r w:rsidRPr="005406C2">
              <w:rPr>
                <w:lang w:val="es-SV"/>
              </w:rPr>
              <w:t xml:space="preserve"> </w:t>
            </w:r>
          </w:p>
        </w:tc>
      </w:tr>
    </w:tbl>
    <w:p w14:paraId="2B31D687" w14:textId="77777777" w:rsidR="00AF3819" w:rsidRPr="005406C2" w:rsidRDefault="00AF3819">
      <w:pPr>
        <w:spacing w:after="0"/>
        <w:rPr>
          <w:lang w:val="es-SV"/>
        </w:rPr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¿Qué aspecto destaca?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la encontraron?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3C2FF7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3C2FF7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¿Qué documento publicado hasta junio de 2026 consideran que será de mayor utilidad para los futuros miembros del MCP-ES?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Documento seleccionado: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sería útil para los futuros miembros?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3C2FF7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3C2FF7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3E5137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0CB53EB1" w14:textId="77777777" w:rsidR="001C7D93" w:rsidRDefault="001C7D93" w:rsidP="009334FE">
      <w:pPr>
        <w:pStyle w:val="NormalWeb"/>
        <w:jc w:val="both"/>
      </w:pPr>
      <w:r>
        <w:rPr>
          <w:rStyle w:val="Fuerte"/>
        </w:rPr>
        <w:t>¿Cuál debería ser la principal prioridad del MCP-ES para asegurar su sostenibilidad en los próximos años? Expliquen brevemente por qué.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5406C2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5406C2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77777777" w:rsidR="00AF3819" w:rsidRPr="00DF2A49" w:rsidRDefault="00053D85">
      <w:pPr>
        <w:rPr>
          <w:lang w:val="es-SV"/>
        </w:rPr>
      </w:pPr>
      <w:r w:rsidRPr="00DF2A49">
        <w:rPr>
          <w:lang w:val="es-SV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lastRenderedPageBreak/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Imaginar el futuro también forma parte de la historia que construimos.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1E4CD" w14:textId="77777777" w:rsidR="008E2C51" w:rsidRDefault="008E2C51">
      <w:pPr>
        <w:spacing w:after="0" w:line="240" w:lineRule="auto"/>
      </w:pPr>
      <w:r>
        <w:separator/>
      </w:r>
    </w:p>
  </w:endnote>
  <w:endnote w:type="continuationSeparator" w:id="0">
    <w:p w14:paraId="344E606A" w14:textId="77777777" w:rsidR="008E2C51" w:rsidRDefault="008E2C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 xml:space="preserve">INSTITUCIONAL </w:t>
    </w:r>
    <w:proofErr w:type="gramStart"/>
    <w:r w:rsidR="00DF2A49" w:rsidRPr="00DF2A49">
      <w:rPr>
        <w:color w:val="667475"/>
        <w:sz w:val="16"/>
        <w:lang w:val="es-SV"/>
      </w:rPr>
      <w:t>•</w:t>
    </w:r>
    <w:r w:rsidRPr="00DF2A49">
      <w:rPr>
        <w:color w:val="667475"/>
        <w:sz w:val="16"/>
        <w:lang w:val="es-SV"/>
      </w:rPr>
      <w:t xml:space="preserve">  ESTACIÓN</w:t>
    </w:r>
    <w:proofErr w:type="gramEnd"/>
    <w:r w:rsidRPr="00DF2A49">
      <w:rPr>
        <w:color w:val="667475"/>
        <w:sz w:val="16"/>
        <w:lang w:val="es-SV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2930A" w14:textId="77777777" w:rsidR="008E2C51" w:rsidRDefault="008E2C51">
      <w:pPr>
        <w:spacing w:after="0" w:line="240" w:lineRule="auto"/>
      </w:pPr>
      <w:r>
        <w:separator/>
      </w:r>
    </w:p>
  </w:footnote>
  <w:footnote w:type="continuationSeparator" w:id="0">
    <w:p w14:paraId="396FB5C1" w14:textId="77777777" w:rsidR="008E2C51" w:rsidRDefault="008E2C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</w:t>
    </w:r>
    <w:proofErr w:type="spellStart"/>
    <w:r>
      <w:rPr>
        <w:b/>
        <w:color w:val="234F4C"/>
        <w:sz w:val="17"/>
      </w:rPr>
      <w:t>Octubre</w:t>
    </w:r>
    <w:proofErr w:type="spellEnd"/>
    <w:r>
      <w:rPr>
        <w:b/>
        <w:color w:val="234F4C"/>
        <w:sz w:val="17"/>
      </w:rPr>
      <w:t xml:space="preserve">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714BE"/>
    <w:rsid w:val="000B5B11"/>
    <w:rsid w:val="000D0B36"/>
    <w:rsid w:val="000E58EA"/>
    <w:rsid w:val="0010129D"/>
    <w:rsid w:val="0015074B"/>
    <w:rsid w:val="001A1362"/>
    <w:rsid w:val="001C7D93"/>
    <w:rsid w:val="001F0AF9"/>
    <w:rsid w:val="00271005"/>
    <w:rsid w:val="0029639D"/>
    <w:rsid w:val="002F7E9F"/>
    <w:rsid w:val="00302851"/>
    <w:rsid w:val="00326F90"/>
    <w:rsid w:val="003417EA"/>
    <w:rsid w:val="003676A2"/>
    <w:rsid w:val="003C2FF7"/>
    <w:rsid w:val="003E5137"/>
    <w:rsid w:val="003E7614"/>
    <w:rsid w:val="00414FCA"/>
    <w:rsid w:val="005406C2"/>
    <w:rsid w:val="00592E5C"/>
    <w:rsid w:val="00597C64"/>
    <w:rsid w:val="005E054D"/>
    <w:rsid w:val="00782C55"/>
    <w:rsid w:val="007B2CD6"/>
    <w:rsid w:val="007B73BF"/>
    <w:rsid w:val="008815F1"/>
    <w:rsid w:val="008963A2"/>
    <w:rsid w:val="008C2D60"/>
    <w:rsid w:val="008E2C51"/>
    <w:rsid w:val="009334FE"/>
    <w:rsid w:val="00962607"/>
    <w:rsid w:val="00AA1D8D"/>
    <w:rsid w:val="00AB0AA7"/>
    <w:rsid w:val="00AF3819"/>
    <w:rsid w:val="00B47730"/>
    <w:rsid w:val="00B90058"/>
    <w:rsid w:val="00BB0C61"/>
    <w:rsid w:val="00C40953"/>
    <w:rsid w:val="00C52B42"/>
    <w:rsid w:val="00C643EF"/>
    <w:rsid w:val="00CB0664"/>
    <w:rsid w:val="00CC4E8A"/>
    <w:rsid w:val="00D84EDF"/>
    <w:rsid w:val="00DA10CB"/>
    <w:rsid w:val="00DF2A49"/>
    <w:rsid w:val="00DF5B93"/>
    <w:rsid w:val="00EF13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2F7E9F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2574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5 Mirando hacia el futuro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Administración y Comunicaciones MCP</cp:lastModifiedBy>
  <cp:revision>4</cp:revision>
  <cp:lastPrinted>2026-10-09T17:23:00Z</cp:lastPrinted>
  <dcterms:created xsi:type="dcterms:W3CDTF">2026-10-09T14:54:00Z</dcterms:created>
  <dcterms:modified xsi:type="dcterms:W3CDTF">2026-10-09T21:06:00Z</dcterms:modified>
  <cp:category/>
</cp:coreProperties>
</file>