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7D038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7F56C79B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7D0385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7D0385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D0385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D0385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D0385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D0385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7D0385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D0385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D0385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207A" w14:textId="77777777" w:rsidR="00105A2F" w:rsidRDefault="00105A2F">
      <w:pPr>
        <w:spacing w:after="0" w:line="240" w:lineRule="auto"/>
      </w:pPr>
      <w:r>
        <w:separator/>
      </w:r>
    </w:p>
  </w:endnote>
  <w:endnote w:type="continuationSeparator" w:id="0">
    <w:p w14:paraId="07F36B57" w14:textId="77777777" w:rsidR="00105A2F" w:rsidRDefault="00105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17BB" w14:textId="77777777" w:rsidR="00105A2F" w:rsidRDefault="00105A2F">
      <w:pPr>
        <w:spacing w:after="0" w:line="240" w:lineRule="auto"/>
      </w:pPr>
      <w:r>
        <w:separator/>
      </w:r>
    </w:p>
  </w:footnote>
  <w:footnote w:type="continuationSeparator" w:id="0">
    <w:p w14:paraId="4D04FFC5" w14:textId="77777777" w:rsidR="00105A2F" w:rsidRDefault="00105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0E58EA"/>
    <w:rsid w:val="0010129D"/>
    <w:rsid w:val="00105A2F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2E5C"/>
    <w:rsid w:val="00597C64"/>
    <w:rsid w:val="005E054D"/>
    <w:rsid w:val="00782C55"/>
    <w:rsid w:val="007B2CD6"/>
    <w:rsid w:val="007B73BF"/>
    <w:rsid w:val="007D0385"/>
    <w:rsid w:val="008963A2"/>
    <w:rsid w:val="008C2D60"/>
    <w:rsid w:val="009334FE"/>
    <w:rsid w:val="00940EF3"/>
    <w:rsid w:val="00AA1D8D"/>
    <w:rsid w:val="00AB0AA7"/>
    <w:rsid w:val="00AF3819"/>
    <w:rsid w:val="00B47730"/>
    <w:rsid w:val="00B90058"/>
    <w:rsid w:val="00BB0C61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2026-10-09T14:55:00Z</dcterms:created>
  <dcterms:modified xsi:type="dcterms:W3CDTF">2026-10-09T14:55:00Z</dcterms:modified>
  <cp:category/>
</cp:coreProperties>
</file>