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217281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B7A0321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757F2F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Liderazgo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217281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17281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17281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17281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17281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217281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17281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17281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151CD" w14:textId="77777777" w:rsidR="00D16F1C" w:rsidRDefault="00D16F1C">
      <w:pPr>
        <w:spacing w:after="0" w:line="240" w:lineRule="auto"/>
      </w:pPr>
      <w:r>
        <w:separator/>
      </w:r>
    </w:p>
  </w:endnote>
  <w:endnote w:type="continuationSeparator" w:id="0">
    <w:p w14:paraId="48C100BC" w14:textId="77777777" w:rsidR="00D16F1C" w:rsidRDefault="00D16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9C46B" w14:textId="77777777" w:rsidR="00D16F1C" w:rsidRDefault="00D16F1C">
      <w:pPr>
        <w:spacing w:after="0" w:line="240" w:lineRule="auto"/>
      </w:pPr>
      <w:r>
        <w:separator/>
      </w:r>
    </w:p>
  </w:footnote>
  <w:footnote w:type="continuationSeparator" w:id="0">
    <w:p w14:paraId="24901D09" w14:textId="77777777" w:rsidR="00D16F1C" w:rsidRDefault="00D16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72B9C"/>
    <w:rsid w:val="000B5B11"/>
    <w:rsid w:val="000D0B36"/>
    <w:rsid w:val="000E58EA"/>
    <w:rsid w:val="0010129D"/>
    <w:rsid w:val="00105A2F"/>
    <w:rsid w:val="0015074B"/>
    <w:rsid w:val="001A1362"/>
    <w:rsid w:val="001C7D93"/>
    <w:rsid w:val="001F0AF9"/>
    <w:rsid w:val="00217281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2E5C"/>
    <w:rsid w:val="00597C64"/>
    <w:rsid w:val="005E054D"/>
    <w:rsid w:val="00753B32"/>
    <w:rsid w:val="00757F2F"/>
    <w:rsid w:val="00782C55"/>
    <w:rsid w:val="007B2CD6"/>
    <w:rsid w:val="007B73BF"/>
    <w:rsid w:val="007D0385"/>
    <w:rsid w:val="008963A2"/>
    <w:rsid w:val="008C2D60"/>
    <w:rsid w:val="009334FE"/>
    <w:rsid w:val="00940EF3"/>
    <w:rsid w:val="00AA1D8D"/>
    <w:rsid w:val="00AB0AA7"/>
    <w:rsid w:val="00AF3819"/>
    <w:rsid w:val="00B47730"/>
    <w:rsid w:val="00B90058"/>
    <w:rsid w:val="00BB0C61"/>
    <w:rsid w:val="00C40953"/>
    <w:rsid w:val="00C52B42"/>
    <w:rsid w:val="00C643EF"/>
    <w:rsid w:val="00CB0664"/>
    <w:rsid w:val="00CC4E8A"/>
    <w:rsid w:val="00D16F1C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2026-10-09T17:23:00Z</cp:lastPrinted>
  <dcterms:created xsi:type="dcterms:W3CDTF">2026-10-09T14:56:00Z</dcterms:created>
  <dcterms:modified xsi:type="dcterms:W3CDTF">2026-10-09T21:05:00Z</dcterms:modified>
  <cp:category/>
</cp:coreProperties>
</file>